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ED1557" w14:textId="18D778AC" w:rsidR="00282B72" w:rsidRPr="000631FD" w:rsidRDefault="00282B72">
      <w:pPr>
        <w:rPr>
          <w:lang w:val="sl-SI"/>
        </w:rPr>
      </w:pPr>
    </w:p>
    <w:p w14:paraId="79589227" w14:textId="77777777" w:rsidR="00282B72" w:rsidRPr="000631FD" w:rsidRDefault="0026586F">
      <w:pPr>
        <w:pStyle w:val="Kicker"/>
        <w:rPr>
          <w:lang w:val="sl-SI"/>
        </w:rPr>
      </w:pPr>
      <w:r w:rsidRPr="000631FD">
        <w:rPr>
          <w:lang w:val="sl-SI"/>
        </w:rPr>
        <w:t>PRIJAVNI OBRAZEC</w:t>
      </w:r>
    </w:p>
    <w:p w14:paraId="55EBE36B" w14:textId="77777777" w:rsidR="00282B72" w:rsidRPr="000631FD" w:rsidRDefault="0026586F">
      <w:pPr>
        <w:pStyle w:val="Title"/>
        <w:rPr>
          <w:lang w:val="sl-SI"/>
        </w:rPr>
      </w:pPr>
      <w:r w:rsidRPr="000631FD">
        <w:rPr>
          <w:lang w:val="sl-SI"/>
        </w:rPr>
        <w:t>Prijava ali nominacija</w:t>
      </w:r>
    </w:p>
    <w:p w14:paraId="55806672" w14:textId="77777777" w:rsidR="00282B72" w:rsidRPr="000631FD" w:rsidRDefault="0026586F">
      <w:pPr>
        <w:rPr>
          <w:lang w:val="sl-SI"/>
        </w:rPr>
      </w:pPr>
      <w:r w:rsidRPr="000631FD">
        <w:rPr>
          <w:lang w:val="sl-SI"/>
        </w:rPr>
        <w:t>Mladi manager/ka 2026</w:t>
      </w:r>
    </w:p>
    <w:p w14:paraId="39E716CE" w14:textId="77777777" w:rsidR="00282B72" w:rsidRPr="000631FD" w:rsidRDefault="0026586F">
      <w:pPr>
        <w:rPr>
          <w:lang w:val="sl-SI"/>
        </w:rPr>
      </w:pPr>
      <w:r w:rsidRPr="000631FD">
        <w:rPr>
          <w:b/>
          <w:color w:val="0074A9"/>
          <w:lang w:val="sl-SI"/>
        </w:rPr>
        <w:t>Rok za oddajo: 27. oktober 2026</w:t>
      </w:r>
    </w:p>
    <w:p w14:paraId="7162AC2F" w14:textId="77777777" w:rsidR="00282B72" w:rsidRPr="000631FD" w:rsidRDefault="0026586F">
      <w:pPr>
        <w:pStyle w:val="Heading1"/>
        <w:rPr>
          <w:lang w:val="sl-SI"/>
        </w:rPr>
      </w:pPr>
      <w:r w:rsidRPr="000631FD">
        <w:rPr>
          <w:lang w:val="sl-SI"/>
        </w:rPr>
        <w:t>Podatki o kandidatu oziroma kandidatki</w:t>
      </w:r>
    </w:p>
    <w:p w14:paraId="71746E9F" w14:textId="77777777" w:rsidR="00282B72" w:rsidRPr="000631FD" w:rsidRDefault="0026586F">
      <w:pPr>
        <w:spacing w:before="120" w:after="20"/>
        <w:rPr>
          <w:lang w:val="sl-SI"/>
        </w:rPr>
      </w:pPr>
      <w:r w:rsidRPr="000631FD">
        <w:rPr>
          <w:b/>
          <w:sz w:val="18"/>
          <w:lang w:val="sl-SI"/>
        </w:rPr>
        <w:t>Ime in priimek</w:t>
      </w:r>
    </w:p>
    <w:p w14:paraId="1AC4CB2A" w14:textId="77777777" w:rsidR="00282B72" w:rsidRPr="000631FD" w:rsidRDefault="0026586F">
      <w:pPr>
        <w:spacing w:after="72"/>
        <w:rPr>
          <w:lang w:val="sl-SI"/>
        </w:rPr>
      </w:pPr>
      <w:r w:rsidRPr="000631FD">
        <w:rPr>
          <w:color w:val="B4BEC6"/>
          <w:sz w:val="18"/>
          <w:lang w:val="sl-SI"/>
        </w:rPr>
        <w:t>________________________________________________________________________________</w:t>
      </w:r>
    </w:p>
    <w:p w14:paraId="0AB2D869" w14:textId="77777777" w:rsidR="00282B72" w:rsidRPr="000631FD" w:rsidRDefault="0026586F">
      <w:pPr>
        <w:spacing w:before="120" w:after="20"/>
        <w:rPr>
          <w:lang w:val="sl-SI"/>
        </w:rPr>
      </w:pPr>
      <w:r w:rsidRPr="000631FD">
        <w:rPr>
          <w:b/>
          <w:sz w:val="18"/>
          <w:lang w:val="sl-SI"/>
        </w:rPr>
        <w:t>Podjetje in matična številka</w:t>
      </w:r>
    </w:p>
    <w:p w14:paraId="0A24F8EF" w14:textId="77777777" w:rsidR="00282B72" w:rsidRPr="000631FD" w:rsidRDefault="0026586F">
      <w:pPr>
        <w:spacing w:after="72"/>
        <w:rPr>
          <w:lang w:val="sl-SI"/>
        </w:rPr>
      </w:pPr>
      <w:r w:rsidRPr="000631FD">
        <w:rPr>
          <w:color w:val="B4BEC6"/>
          <w:sz w:val="18"/>
          <w:lang w:val="sl-SI"/>
        </w:rPr>
        <w:t>________________________________________________________________________________</w:t>
      </w:r>
    </w:p>
    <w:p w14:paraId="476E928F" w14:textId="77777777" w:rsidR="00282B72" w:rsidRPr="000631FD" w:rsidRDefault="0026586F">
      <w:pPr>
        <w:spacing w:before="120" w:after="20"/>
        <w:rPr>
          <w:lang w:val="sl-SI"/>
        </w:rPr>
      </w:pPr>
      <w:r w:rsidRPr="000631FD">
        <w:rPr>
          <w:b/>
          <w:sz w:val="18"/>
          <w:lang w:val="sl-SI"/>
        </w:rPr>
        <w:t>Funkcija oziroma delovno mesto</w:t>
      </w:r>
    </w:p>
    <w:p w14:paraId="77F95874" w14:textId="77777777" w:rsidR="00282B72" w:rsidRPr="000631FD" w:rsidRDefault="0026586F">
      <w:pPr>
        <w:spacing w:after="72"/>
        <w:rPr>
          <w:lang w:val="sl-SI"/>
        </w:rPr>
      </w:pPr>
      <w:r w:rsidRPr="000631FD">
        <w:rPr>
          <w:color w:val="B4BEC6"/>
          <w:sz w:val="18"/>
          <w:lang w:val="sl-SI"/>
        </w:rPr>
        <w:t>________________________________________________________________________________</w:t>
      </w:r>
    </w:p>
    <w:p w14:paraId="33C3588C" w14:textId="77777777" w:rsidR="00282B72" w:rsidRPr="000631FD" w:rsidRDefault="0026586F">
      <w:pPr>
        <w:spacing w:before="120" w:after="20"/>
        <w:rPr>
          <w:lang w:val="sl-SI"/>
        </w:rPr>
      </w:pPr>
      <w:r w:rsidRPr="000631FD">
        <w:rPr>
          <w:b/>
          <w:sz w:val="18"/>
          <w:lang w:val="sl-SI"/>
        </w:rPr>
        <w:t>Telefonska številka in e-naslov</w:t>
      </w:r>
    </w:p>
    <w:p w14:paraId="6828B6D1" w14:textId="77777777" w:rsidR="00282B72" w:rsidRPr="000631FD" w:rsidRDefault="0026586F">
      <w:pPr>
        <w:spacing w:after="72"/>
        <w:rPr>
          <w:lang w:val="sl-SI"/>
        </w:rPr>
      </w:pPr>
      <w:r w:rsidRPr="000631FD">
        <w:rPr>
          <w:color w:val="B4BEC6"/>
          <w:sz w:val="18"/>
          <w:lang w:val="sl-SI"/>
        </w:rPr>
        <w:t>________________________________________________________________________________</w:t>
      </w:r>
    </w:p>
    <w:p w14:paraId="7CFA6675" w14:textId="77777777" w:rsidR="00282B72" w:rsidRPr="000631FD" w:rsidRDefault="0026586F">
      <w:pPr>
        <w:spacing w:before="120" w:after="20"/>
        <w:rPr>
          <w:lang w:val="sl-SI"/>
        </w:rPr>
      </w:pPr>
      <w:r w:rsidRPr="000631FD">
        <w:rPr>
          <w:b/>
          <w:sz w:val="18"/>
          <w:lang w:val="sl-SI"/>
        </w:rPr>
        <w:t>Kratka utemeljitev prijave oziroma nominacije</w:t>
      </w:r>
    </w:p>
    <w:p w14:paraId="2D39A458" w14:textId="77777777" w:rsidR="00282B72" w:rsidRPr="000631FD" w:rsidRDefault="0026586F">
      <w:pPr>
        <w:spacing w:after="180"/>
        <w:rPr>
          <w:lang w:val="sl-SI"/>
        </w:rPr>
      </w:pPr>
      <w:r w:rsidRPr="000631FD">
        <w:rPr>
          <w:color w:val="B4BEC6"/>
          <w:sz w:val="18"/>
          <w:lang w:val="sl-SI"/>
        </w:rPr>
        <w:t>________________________________________________________________________________</w:t>
      </w:r>
    </w:p>
    <w:p w14:paraId="176297F7" w14:textId="77777777" w:rsidR="00282B72" w:rsidRPr="000631FD" w:rsidRDefault="0026586F">
      <w:pPr>
        <w:rPr>
          <w:lang w:val="sl-SI"/>
        </w:rPr>
      </w:pPr>
      <w:r w:rsidRPr="000631FD">
        <w:rPr>
          <w:b/>
          <w:lang w:val="sl-SI"/>
        </w:rPr>
        <w:t xml:space="preserve">Ali kandidat oziroma kandidatka izpolnjuje razpisne pogoje?   </w:t>
      </w:r>
      <w:r w:rsidRPr="000631FD">
        <w:rPr>
          <w:lang w:val="sl-SI"/>
        </w:rPr>
        <w:t>☐ Da     ☐ Ne</w:t>
      </w:r>
    </w:p>
    <w:p w14:paraId="3C6CA9F6" w14:textId="77777777" w:rsidR="00282B72" w:rsidRPr="000631FD" w:rsidRDefault="0026586F">
      <w:pPr>
        <w:pStyle w:val="Heading1"/>
        <w:rPr>
          <w:lang w:val="sl-SI"/>
        </w:rPr>
      </w:pPr>
      <w:r w:rsidRPr="000631FD">
        <w:rPr>
          <w:lang w:val="sl-SI"/>
        </w:rPr>
        <w:t>Podatki o predlagatelju oziroma predlagateljici</w:t>
      </w:r>
    </w:p>
    <w:p w14:paraId="2FC103EE" w14:textId="77777777" w:rsidR="00282B72" w:rsidRPr="000631FD" w:rsidRDefault="0026586F">
      <w:pPr>
        <w:rPr>
          <w:lang w:val="sl-SI"/>
        </w:rPr>
      </w:pPr>
      <w:r w:rsidRPr="000631FD">
        <w:rPr>
          <w:lang w:val="sl-SI"/>
        </w:rPr>
        <w:t>Ta del izpolnite samo, če nominirate drugo osebo. Pri samokandidaturi ga pustite praznega.</w:t>
      </w:r>
    </w:p>
    <w:p w14:paraId="1AC098D4" w14:textId="77777777" w:rsidR="00282B72" w:rsidRPr="000631FD" w:rsidRDefault="0026586F">
      <w:pPr>
        <w:spacing w:before="120" w:after="20"/>
        <w:rPr>
          <w:lang w:val="sl-SI"/>
        </w:rPr>
      </w:pPr>
      <w:r w:rsidRPr="000631FD">
        <w:rPr>
          <w:b/>
          <w:sz w:val="18"/>
          <w:lang w:val="sl-SI"/>
        </w:rPr>
        <w:t>Ime in priimek predlagatelja oziroma predlagateljice</w:t>
      </w:r>
    </w:p>
    <w:p w14:paraId="69B3CEE9" w14:textId="77777777" w:rsidR="00282B72" w:rsidRPr="000631FD" w:rsidRDefault="0026586F">
      <w:pPr>
        <w:spacing w:after="72"/>
        <w:rPr>
          <w:lang w:val="sl-SI"/>
        </w:rPr>
      </w:pPr>
      <w:r w:rsidRPr="000631FD">
        <w:rPr>
          <w:color w:val="B4BEC6"/>
          <w:sz w:val="18"/>
          <w:lang w:val="sl-SI"/>
        </w:rPr>
        <w:t>________________________________________________________________________________</w:t>
      </w:r>
    </w:p>
    <w:p w14:paraId="3215AEF1" w14:textId="77777777" w:rsidR="00282B72" w:rsidRPr="000631FD" w:rsidRDefault="0026586F">
      <w:pPr>
        <w:spacing w:before="120" w:after="20"/>
        <w:rPr>
          <w:lang w:val="sl-SI"/>
        </w:rPr>
      </w:pPr>
      <w:r w:rsidRPr="000631FD">
        <w:rPr>
          <w:b/>
          <w:sz w:val="18"/>
          <w:lang w:val="sl-SI"/>
        </w:rPr>
        <w:t>Podjetje</w:t>
      </w:r>
    </w:p>
    <w:p w14:paraId="04E5156B" w14:textId="77777777" w:rsidR="00282B72" w:rsidRPr="000631FD" w:rsidRDefault="0026586F">
      <w:pPr>
        <w:spacing w:after="72"/>
        <w:rPr>
          <w:lang w:val="sl-SI"/>
        </w:rPr>
      </w:pPr>
      <w:r w:rsidRPr="000631FD">
        <w:rPr>
          <w:color w:val="B4BEC6"/>
          <w:sz w:val="18"/>
          <w:lang w:val="sl-SI"/>
        </w:rPr>
        <w:t>________________________________________________________________________________</w:t>
      </w:r>
    </w:p>
    <w:p w14:paraId="63735062" w14:textId="77777777" w:rsidR="00282B72" w:rsidRPr="000631FD" w:rsidRDefault="0026586F">
      <w:pPr>
        <w:spacing w:before="120" w:after="20"/>
        <w:rPr>
          <w:lang w:val="sl-SI"/>
        </w:rPr>
      </w:pPr>
      <w:r w:rsidRPr="000631FD">
        <w:rPr>
          <w:b/>
          <w:sz w:val="18"/>
          <w:lang w:val="sl-SI"/>
        </w:rPr>
        <w:t>Telefonska številka in e-naslov</w:t>
      </w:r>
    </w:p>
    <w:p w14:paraId="59DFA760" w14:textId="77777777" w:rsidR="00282B72" w:rsidRPr="000631FD" w:rsidRDefault="0026586F">
      <w:pPr>
        <w:spacing w:after="72"/>
        <w:rPr>
          <w:lang w:val="sl-SI"/>
        </w:rPr>
      </w:pPr>
      <w:r w:rsidRPr="000631FD">
        <w:rPr>
          <w:color w:val="B4BEC6"/>
          <w:sz w:val="18"/>
          <w:lang w:val="sl-SI"/>
        </w:rPr>
        <w:t>________________________________________________________________________________</w:t>
      </w:r>
    </w:p>
    <w:p w14:paraId="7424FDAA" w14:textId="77777777" w:rsidR="00282B72" w:rsidRPr="000631FD" w:rsidRDefault="0026586F">
      <w:pPr>
        <w:spacing w:before="120" w:after="20"/>
        <w:rPr>
          <w:lang w:val="sl-SI"/>
        </w:rPr>
      </w:pPr>
      <w:r w:rsidRPr="000631FD">
        <w:rPr>
          <w:b/>
          <w:sz w:val="18"/>
          <w:lang w:val="sl-SI"/>
        </w:rPr>
        <w:t>Kraj in datum</w:t>
      </w:r>
    </w:p>
    <w:p w14:paraId="4A246342" w14:textId="77777777" w:rsidR="00282B72" w:rsidRPr="000631FD" w:rsidRDefault="0026586F">
      <w:pPr>
        <w:spacing w:after="72"/>
        <w:rPr>
          <w:lang w:val="sl-SI"/>
        </w:rPr>
      </w:pPr>
      <w:r w:rsidRPr="000631FD">
        <w:rPr>
          <w:color w:val="B4BEC6"/>
          <w:sz w:val="18"/>
          <w:lang w:val="sl-SI"/>
        </w:rPr>
        <w:t>________________________________________________________________________________</w:t>
      </w:r>
    </w:p>
    <w:p w14:paraId="7100C898" w14:textId="77777777" w:rsidR="00282B72" w:rsidRPr="000631FD" w:rsidRDefault="0026586F">
      <w:pPr>
        <w:pStyle w:val="Heading1"/>
        <w:rPr>
          <w:lang w:val="sl-SI"/>
        </w:rPr>
      </w:pPr>
      <w:r w:rsidRPr="000631FD">
        <w:rPr>
          <w:lang w:val="sl-SI"/>
        </w:rPr>
        <w:t>Kam pošljem prijavo?</w:t>
      </w:r>
    </w:p>
    <w:p w14:paraId="461C6575" w14:textId="062209D4" w:rsidR="00282B72" w:rsidRPr="000631FD" w:rsidRDefault="0026586F">
      <w:pPr>
        <w:rPr>
          <w:lang w:val="sl-SI"/>
        </w:rPr>
      </w:pPr>
      <w:r w:rsidRPr="000631FD">
        <w:rPr>
          <w:lang w:val="sl-SI"/>
        </w:rPr>
        <w:t xml:space="preserve">Izpolnjen obrazec pošljite na </w:t>
      </w:r>
      <w:r w:rsidRPr="000631FD">
        <w:rPr>
          <w:b/>
          <w:color w:val="0074A9"/>
          <w:lang w:val="sl-SI"/>
        </w:rPr>
        <w:t>info@zdruzenje-manager.si</w:t>
      </w:r>
      <w:r w:rsidRPr="000631FD">
        <w:rPr>
          <w:lang w:val="sl-SI"/>
        </w:rPr>
        <w:t xml:space="preserve">. Za dodatne informacije pokličite 041 804 506 ali obiščite </w:t>
      </w:r>
      <w:hyperlink r:id="rId8" w:history="1">
        <w:r w:rsidRPr="000631FD">
          <w:rPr>
            <w:rStyle w:val="Hyperlink"/>
            <w:lang w:val="sl-SI"/>
          </w:rPr>
          <w:t>spletno stran</w:t>
        </w:r>
      </w:hyperlink>
      <w:r w:rsidRPr="000631FD">
        <w:rPr>
          <w:lang w:val="sl-SI"/>
        </w:rPr>
        <w:t xml:space="preserve"> Združenja Manager.</w:t>
      </w:r>
    </w:p>
    <w:p w14:paraId="50A6C853" w14:textId="77777777" w:rsidR="00251F06" w:rsidRPr="000631FD" w:rsidRDefault="00251F06">
      <w:pPr>
        <w:spacing w:before="200"/>
        <w:jc w:val="center"/>
        <w:rPr>
          <w:i/>
          <w:lang w:val="sl-SI"/>
        </w:rPr>
      </w:pPr>
    </w:p>
    <w:p w14:paraId="4A6D0542" w14:textId="13557644" w:rsidR="00282B72" w:rsidRPr="000631FD" w:rsidRDefault="0026586F">
      <w:pPr>
        <w:spacing w:before="200"/>
        <w:jc w:val="center"/>
        <w:rPr>
          <w:lang w:val="sl-SI"/>
        </w:rPr>
      </w:pPr>
      <w:r w:rsidRPr="000631FD">
        <w:rPr>
          <w:i/>
          <w:lang w:val="sl-SI"/>
        </w:rPr>
        <w:t>Aktivnosti sekcije mladih managerjev podpira</w:t>
      </w:r>
    </w:p>
    <w:p w14:paraId="536F80F4" w14:textId="77777777" w:rsidR="00282B72" w:rsidRPr="000631FD" w:rsidRDefault="0026586F">
      <w:pPr>
        <w:jc w:val="center"/>
        <w:rPr>
          <w:lang w:val="sl-SI"/>
        </w:rPr>
      </w:pPr>
      <w:r w:rsidRPr="000631FD">
        <w:rPr>
          <w:noProof/>
          <w:lang w:val="sl-SI"/>
        </w:rPr>
        <w:drawing>
          <wp:inline distT="0" distB="0" distL="0" distR="0" wp14:anchorId="3F0B582C" wp14:editId="31425B10">
            <wp:extent cx="1080000" cy="529811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529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82B72" w:rsidRPr="000631FD" w:rsidSect="00034616">
      <w:footerReference w:type="default" r:id="rId10"/>
      <w:pgSz w:w="12240" w:h="15840"/>
      <w:pgMar w:top="964" w:right="1219" w:bottom="964" w:left="121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A0EF62" w14:textId="77777777" w:rsidR="00D22121" w:rsidRDefault="00D22121">
      <w:pPr>
        <w:spacing w:after="0" w:line="240" w:lineRule="auto"/>
      </w:pPr>
      <w:r>
        <w:separator/>
      </w:r>
    </w:p>
  </w:endnote>
  <w:endnote w:type="continuationSeparator" w:id="0">
    <w:p w14:paraId="7D3D4178" w14:textId="77777777" w:rsidR="00D22121" w:rsidRDefault="00D221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0D173C" w14:textId="30D44C55" w:rsidR="00B20045" w:rsidRDefault="004129C9">
    <w:pPr>
      <w:pStyle w:val="Foo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B812AED" wp14:editId="7912220F">
          <wp:simplePos x="0" y="0"/>
          <wp:positionH relativeFrom="column">
            <wp:posOffset>5305529</wp:posOffset>
          </wp:positionH>
          <wp:positionV relativeFrom="paragraph">
            <wp:posOffset>-5652</wp:posOffset>
          </wp:positionV>
          <wp:extent cx="683288" cy="328664"/>
          <wp:effectExtent l="0" t="0" r="2540" b="0"/>
          <wp:wrapThrough wrapText="bothSides">
            <wp:wrapPolygon edited="0">
              <wp:start x="0" y="0"/>
              <wp:lineTo x="0" y="20054"/>
              <wp:lineTo x="21078" y="20054"/>
              <wp:lineTo x="21078" y="0"/>
              <wp:lineTo x="0" y="0"/>
            </wp:wrapPolygon>
          </wp:wrapThrough>
          <wp:docPr id="1619736180" name="Google Shape;89;p1">
            <a:extLst xmlns:a="http://schemas.openxmlformats.org/drawingml/2006/main">
              <a:ext uri="{FF2B5EF4-FFF2-40B4-BE49-F238E27FC236}">
                <a16:creationId xmlns:a16="http://schemas.microsoft.com/office/drawing/2014/main" id="{0F31AA7B-E4E8-365C-C561-925C780F60E6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oogle Shape;89;p1">
                    <a:extLst>
                      <a:ext uri="{FF2B5EF4-FFF2-40B4-BE49-F238E27FC236}">
                        <a16:creationId xmlns:a16="http://schemas.microsoft.com/office/drawing/2014/main" id="{0F31AA7B-E4E8-365C-C561-925C780F60E6}"/>
                      </a:ext>
                    </a:extLst>
                  </pic:cNvPr>
                  <pic:cNvPicPr preferRelativeResize="0"/>
                </pic:nvPicPr>
                <pic:blipFill rotWithShape="1">
                  <a:blip r:embed="rId1">
                    <a:alphaModFix/>
                  </a:blip>
                  <a:srcRect/>
                  <a:stretch/>
                </pic:blipFill>
                <pic:spPr>
                  <a:xfrm>
                    <a:off x="0" y="0"/>
                    <a:ext cx="683288" cy="32866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18E3A1" w14:textId="77777777" w:rsidR="00D22121" w:rsidRDefault="00D22121">
      <w:pPr>
        <w:spacing w:after="0" w:line="240" w:lineRule="auto"/>
      </w:pPr>
      <w:r>
        <w:separator/>
      </w:r>
    </w:p>
  </w:footnote>
  <w:footnote w:type="continuationSeparator" w:id="0">
    <w:p w14:paraId="74BA2136" w14:textId="77777777" w:rsidR="00D22121" w:rsidRDefault="00D221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80925463">
    <w:abstractNumId w:val="8"/>
  </w:num>
  <w:num w:numId="2" w16cid:durableId="20279688">
    <w:abstractNumId w:val="6"/>
  </w:num>
  <w:num w:numId="3" w16cid:durableId="453256801">
    <w:abstractNumId w:val="5"/>
  </w:num>
  <w:num w:numId="4" w16cid:durableId="20204314">
    <w:abstractNumId w:val="4"/>
  </w:num>
  <w:num w:numId="5" w16cid:durableId="604768887">
    <w:abstractNumId w:val="7"/>
  </w:num>
  <w:num w:numId="6" w16cid:durableId="1834490414">
    <w:abstractNumId w:val="3"/>
  </w:num>
  <w:num w:numId="7" w16cid:durableId="1214077967">
    <w:abstractNumId w:val="2"/>
  </w:num>
  <w:num w:numId="8" w16cid:durableId="173420616">
    <w:abstractNumId w:val="1"/>
  </w:num>
  <w:num w:numId="9" w16cid:durableId="2704802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631FD"/>
    <w:rsid w:val="000E48CC"/>
    <w:rsid w:val="0015074B"/>
    <w:rsid w:val="00251F06"/>
    <w:rsid w:val="0026586F"/>
    <w:rsid w:val="00282B72"/>
    <w:rsid w:val="0029639D"/>
    <w:rsid w:val="00326F90"/>
    <w:rsid w:val="003C3F08"/>
    <w:rsid w:val="004129C9"/>
    <w:rsid w:val="00816D53"/>
    <w:rsid w:val="00AA1D8D"/>
    <w:rsid w:val="00AF6568"/>
    <w:rsid w:val="00B20045"/>
    <w:rsid w:val="00B47730"/>
    <w:rsid w:val="00CB0664"/>
    <w:rsid w:val="00D22121"/>
    <w:rsid w:val="00D50539"/>
    <w:rsid w:val="00D65CEF"/>
    <w:rsid w:val="00ED2DB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F3F5CF6"/>
  <w14:defaultImageDpi w14:val="300"/>
  <w15:docId w15:val="{42BD3E1E-CD17-4C07-996A-2276420A0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278" w:lineRule="auto"/>
    </w:pPr>
    <w:rPr>
      <w:rFonts w:ascii="Aptos" w:hAnsi="Aptos"/>
      <w:color w:val="0F2430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00" w:after="14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60"/>
      <w:outlineLvl w:val="1"/>
    </w:pPr>
    <w:rPr>
      <w:rFonts w:asciiTheme="majorHAnsi" w:eastAsiaTheme="majorEastAsia" w:hAnsiTheme="majorHAnsi" w:cstheme="majorBidi"/>
      <w:b/>
      <w:bCs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6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Kicker">
    <w:name w:val="Kicker"/>
    <w:pPr>
      <w:spacing w:after="60"/>
    </w:pPr>
    <w:rPr>
      <w:rFonts w:ascii="Aptos" w:hAnsi="Aptos"/>
      <w:b/>
      <w:color w:val="0074A9"/>
      <w:sz w:val="18"/>
    </w:rPr>
  </w:style>
  <w:style w:type="character" w:styleId="Hyperlink">
    <w:name w:val="Hyperlink"/>
    <w:basedOn w:val="DefaultParagraphFont"/>
    <w:uiPriority w:val="99"/>
    <w:unhideWhenUsed/>
    <w:rsid w:val="00D5053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505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zdruzenje-manager.si/priznanja/mladi-manage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242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1625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Darja Vidonja</cp:lastModifiedBy>
  <cp:revision>2</cp:revision>
  <dcterms:created xsi:type="dcterms:W3CDTF">2026-10-16T06:14:00Z</dcterms:created>
  <dcterms:modified xsi:type="dcterms:W3CDTF">2026-10-16T06:14:00Z</dcterms:modified>
  <cp:category/>
</cp:coreProperties>
</file>